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直播带货脚本 · 长版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一句话说明：一场两小时直播从头到尾的脚本，什么时候暖场、什么时候主讲、什么时候逼单，连话术都写好了，照着念就能开。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说明：本页的产品、价格、话术是示例数据，用来展示结构和写法，不构成事实主张。正式脚本会按你的品类重写卖点和合规话术。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一、一场的骨架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两小时拆成几段，节奏比内容更重要。人留不住，讲得再好也卖不动。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时间段</w:t>
            </w:r>
          </w:p>
        </w:tc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干什么</w:t>
            </w:r>
          </w:p>
        </w:tc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目标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0 到 15 分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暖场、预告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留人</w:t>
            </w:r>
          </w:p>
        </w:tc>
      </w:tr>
      <w:tr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15 到 45 分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主推第一波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出单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45 到 75 分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讲重点单品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讲透卖点</w:t>
            </w:r>
          </w:p>
        </w:tc>
      </w:tr>
      <w:tr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75 到 105 分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第二波加福利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冲量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105 到 125 分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答疑答疑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建立信任</w:t>
            </w:r>
          </w:p>
        </w:tc>
      </w:tr>
      <w:tr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125 到 150 分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收尾逼单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清库存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最后 10 分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返场、预告下场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留存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二、单品讲解模板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每个产品讲六十秒，按这个顺序走，不跳。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说痛点。三十秒讲用户现在的麻烦，让他点头。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给方案。这东西怎么解决，一句人话说清。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上证据。材质、参数、实测，拿具体的东西说。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比价格。和同类比，和原价比，说清为什么值。</w:t>
      </w:r>
    </w:p>
    <w:p>
      <w:pPr>
        <w:pStyle w:val="ListNumber"/>
        <w:spacing w:after="60" w:line="336" w:lineRule="auto"/>
      </w:pPr>
      <w:r>
        <w:rPr>
          <w:rFonts w:ascii="Calibri" w:hAnsi="Calibri" w:eastAsia="微软雅黑"/>
          <w:b w:val="0"/>
          <w:sz w:val="21"/>
        </w:rPr>
        <w:t>给福利。赠品、限时、限量，制造现在不买就亏的感觉。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三、话术库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**开场用：** 「刚进来的先别走，今天这场东西给得多，我一会儿一个个拆给你们看。」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**讲卖点用：** 「别看我这么说，我直接上手给你演示一遍，你自己看。」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**建立信任用：** 「这东西有问题我第一个会讲，不好的地方我也直说，省得你买回去骂我。」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**讲价格用：** 「原价多少你们心里有数，今天这个价就这一场，过了就没了。」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**逼单用：** 「库存就这么多，卖完这个链接就下，想要的现在就拍，别等。」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**答疑用：** 「你担心的这个问题，我给你讲清楚，讲完你再决定。」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四、节奏表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提前把每个时间点的动作列好，直播时照着走，避免冷场。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动作</w:t>
            </w:r>
          </w:p>
        </w:tc>
        <w:tc>
          <w:tcPr>
            <w:tcW w:type="dxa" w:w="3173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提示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每 10 分钟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报一次库存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制造紧张感</w:t>
            </w:r>
          </w:p>
        </w:tc>
      </w:tr>
      <w:tr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每次出单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念一次下单昵称</w:t>
            </w:r>
          </w:p>
        </w:tc>
        <w:tc>
          <w:tcPr>
            <w:tcW w:type="dxa" w:w="3173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带动气氛</w:t>
            </w:r>
          </w:p>
        </w:tc>
      </w:tr>
      <w:tr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冷场时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抛问题做互动</w:t>
            </w:r>
          </w:p>
        </w:tc>
        <w:tc>
          <w:tcPr>
            <w:tcW w:type="dxa" w:w="3173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拉回注意力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五、合规红线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价格、功效、绝对化用词都要按平台规则来，不承诺做不到的事，不用「最」「第一」这类词，不夸大。这块单独列一页，开播前逐条过。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六、交付形态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一份可直接照念的 Word 脚本，加一份只留时间点和动作的提词表，方便现场扫一眼。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