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投标文件 · 技术标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一句话说明：投标里最讲结构的那一本，从需求理解到售后一条线走完，评委翻两页就能看懂你要怎么做。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说明：本页的甲方、项目和数据是示例数据，用来展示章节结构和技术写法，不构成事实主张。正式投会按招标文件的评分点逐条对应。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一、需求理解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先把甲方要解决什么讲清楚，证明看懂了标书，不是套模板。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这个项目的核心诉求是：在既定工期和预算内，把现有流程替换成一套能稳定运行的系统，同时保住数据和业务的连续性。三条硬约束：工期不变、数据不丢、上线不中断业务。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二、总体方案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技术上怎么搭，一段话讲完，再配一张图。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方案分三层。数据层做统一存储和备份，业务层按模块拆分，展示层做网页端和移动端适配。模块之间用接口对接，任一模块出问题不影响其它模块。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层次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干什么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用什么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数据层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存储、备份、权限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关系库加定时备份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业务层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核心流程与规则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分模块，接口对接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展示层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网页与移动端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响应式页面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三、实施计划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阶段、里程碑、工期，写清楚哪天交付什么。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阶段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内容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工期</w:t>
            </w:r>
          </w:p>
        </w:tc>
        <w:tc>
          <w:tcPr>
            <w:tcW w:type="dxa" w:w="237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交付物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一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需求确认与原型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两周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需求文档、原型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二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开发与自测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六周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可运行版本</w:t>
            </w:r>
          </w:p>
        </w:tc>
      </w:tr>
      <w:tr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三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联调与试运行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三周</w:t>
            </w:r>
          </w:p>
        </w:tc>
        <w:tc>
          <w:tcPr>
            <w:tcW w:type="dxa" w:w="237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测试报告</w:t>
            </w:r>
          </w:p>
        </w:tc>
      </w:tr>
      <w:tr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四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上线与培训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一周</w:t>
            </w:r>
          </w:p>
        </w:tc>
        <w:tc>
          <w:tcPr>
            <w:tcW w:type="dxa" w:w="237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操作手册、培训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四、团队与分工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项目经理一名对总，开发按模块分组，测试独立于开发，避免自己测自己。关键角色都写清职责和投入。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五、质量保障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开发按规范走代码审查，功能测试加回归测试，上线前做一轮完整验证。验收标准和甲方提前对齐，不留模糊地带。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六、风险与应对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风险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影响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应对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需求中途变更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工期与成本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走变更流程，重新评估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数据迁移出错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业务中断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先备份，迁移后逐项核对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人员变动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进度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关键模块双人负责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七、报价构成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报价拆开写，开发、测试、部署、培训各占多少，不打包成一个数。让评委看得见钱花在哪。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八、售后与维护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上线后给一段免费维护期，之后按年签。响应时间、处理时限、升级机制都写清楚。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交付形态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Word 加 PDF，排版按投标格式来，封面、目录、页码齐全，可直接打印装订。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