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用户研究 · 问卷与访谈提纲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一句话说明：做产品前先问清楚人在想什么，这份是人能直接拿去发的问卷，加一份一对一访谈的提纲，问完能落到结论。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说明：题目里出现的行业和场景是示例数据，正式交付会按你的品类重写题目和选项。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一、先定要回答的问题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问卷和访谈不是越多越好，先锁三个问题，所有题目都为主题服务。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这件事用户现在是怎么解决的，替代方案是什么。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卡在哪，最疼的一步是哪一步。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愿意为什么付钱，价格在哪根线上会崩。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二、问卷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分五块，控制在三分钟内答完，超过三分钟的人会乱填。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**第一块 筛选**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过去半年，你有没有自己动手处理过这类事。(单选：有 / 没有 / 记不清)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大概多久一次。(单选：每周 / 每月 / 每季度 / 更少)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第二题选「更少」的人直接结束，谢谢他，不浪费彼此时间。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**第二块 现状**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你现在用的什么办法。（多选，附「其他」填空）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这个办法你满意吗。（五点量表，很不满意到很满意）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最让你烦的一步是哪一步。（单选，列常见几步加其他）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**第三块 痛点**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上一回做这件事，你花了多久，花了多少钱。（两栏填空）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出过什么岔子。（多选，列常见失误）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**第四块 付费意愿**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如果有个东西能帮你把这件事省一半时间，你愿意付多少。（价格区间单选）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什么情况下你绝对不会付。（开放题，这题最有价值）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**第五块 收尾**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还有什么想说的。（开放题，留空）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三、访谈提纲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访谈是挖问卷挖不到的东西，全程不引导，不替对方下结论。一次四十到六十分钟。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**暖场。** 先聊他平时怎么用这类东西，从具体的一次经历讲起，不讲抽象看法。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**现状。** 让他把那一次从头到尾讲一遍，中间不要打断，记下他停顿和皱眉的地方。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**问题。** 顺着刚才讲的，问「这一步当时你怎么想的」「如果那时候有这个会怎样」。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**替代方案。** 问他还试过什么，为什么放弃，放弃那一刻发生了什么。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**决策。** 买东西这种事谁拍板，除了价格还看什么。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**收尾。** 问他身边还有谁也在为这事头疼，能不能介绍一个。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四、样本怎么配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问卷收两百份以上才敢看比例，访谈做八到十二个就够发现模式。人群配额会按你的目标客户来切，避免只剩一类人说话。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五、收完怎么分析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开放题做编码，把说法归类，数每类出现几次。访谈录音转文字，标出反复出现的词和「但是」后面的内容，那里通常藏着真实顾虑。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输出物</w:t>
            </w:r>
          </w:p>
        </w:tc>
        <w:tc>
          <w:tcPr>
            <w:tcW w:type="dxa" w:w="475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数据表</w:t>
            </w:r>
          </w:p>
        </w:tc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每题的选项分布</w:t>
            </w:r>
          </w:p>
        </w:tc>
      </w:tr>
      <w:tr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编码表</w:t>
            </w:r>
          </w:p>
        </w:tc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开放题的归类与次数</w:t>
            </w:r>
          </w:p>
        </w:tc>
      </w:tr>
      <w:tr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结论页</w:t>
            </w:r>
          </w:p>
        </w:tc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三个问题各一条答案，附证据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交付形态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Word 版问卷和提纲，另给可一键分发的在线问卷结构，加一份回收后的分析模板。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