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项目方案书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一句话说明：接大活之前先把要做什么、做到什么程度、怎么算做完写清楚。这份东西的价值不在于好看，在于它能避免项目做到一半双方对不上。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这类活儿一般长什么样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客户有个想法，但自己也没想清楚要什么，预算和工期都是拍脑袋。直接开工的结果通常是无限改。方案书的第一个作用是把「想要」变成「要什么」。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示例背景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一家区域连锁餐饮，八家店，想做线上点单加会员体系，希望「把回头客留住」。预算区间没定，工期希望两个月内上线。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一、先说目标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客户嘴上的目标是做小程序，真实目标通常是把复购率提上去。这两个不是一回事，得先分开。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真目标：让到店客人第二次再来的时候，能被识别出来，并且有一个下次再来的理由。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衡量方式：三个指标，会员注册率、三十天复购率、单客月均消费。这三个数字现在是多少，需要先取一次基线，不然做完不知道有没有效果。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二、范围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**要做的**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堂食扫码点单，支持加菜和结账。会员注册与储值。优惠券的发放和核销。八家店共用一个后台，数据打通。店长看板，看当日营业额、会员新增、券核销。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**不做的（明确写出来）**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不做外卖配送，那是另一个系统。不做供应链和库存。不做财务对接。不做小程序之外的 App。这三条如果客户后面要加，属于新项目，重新报价，不算在这次里。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三、分期与里程碑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**第一期，三周，先跑通一家店。** 做点单和结账，验证流程走得通。风险最高的是跟现有的收银系统对接，所以先拿一家店试。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**第二期，三周，加会员和券。** 这期做完，八家店可以铺开。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**第三期，两周，上店长看板和报表。**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**第四期，持续。** 上线后的调优和问题修复，按周结算。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每一期结束有一个可验收的交付物，验收过了才进下一期。不搞大爆炸式上线。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四、谁负责什么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客户方需要一个能拍板的人，一个能提供门店配合的人，一个能对接收银系统供应商的人。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我方负责方案、开发、测试、上线支持和文档。涉及到收银系统原厂的接口，需要客户出面协调，这不是技术问题，是关系问题。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五、报价方式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按阶段报，不按总包报。第一期的价格在开工前定死，后面每期开始前确认。这样客户随时可以停，风险可控。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如果中途需求变更，走变更单，写清楚加了什么、加多少工期、加多少钱，双方确认后再动手。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六、风险与前提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一是收银系统接口可能不开放，那样点单和结账要拆开做，工期加两周。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二是门店执行力，会员注册要靠店员引导，如果店里不推，系统再好也没用。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三是数据合规，会员信息涉及个人信息保护，收集什么、存多久、谁能看，要在上线前写好规则。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七、验收标准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写清楚什么叫做完。功能层面按上面列的功能清单逐条验；性能层面，点单页在门店网络下三秒内打开；数据层面，后台报表和实际营业额对得上，误差不超过千分之五。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我交付的时候会给你的东西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一份能直接拿去开会讨论的方案书，一份功能清单，一份分期报价表，一份风险清单。如果客户还没决定做不做，我可以先只做前三章，费用按半价算。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