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AI 提示词包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一句话说明：把你每天重复的活儿，写成能反复用的提示词，交代清楚输入什么、输出什么、什么情况算不合格，附使用说明和常见坑。不懂技术的人也能照着用。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这类活儿一般长什么样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客户已经在用 AI，但每次都要重新描述一遍需求，出稿质量忽高忽低，还得反复改。问题不在模型，在没有把要求写成固定的格式。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示例一：周报汇总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**用途**：把这一周的零散记录变成一份能直接发的周报。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**输入**：把本周的记录原样贴进来，不用整理，越原始越好。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**提示词**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你是一名项目经理，负责把我下面这些零散记录整理成一份周报。要求如下。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第一部分写完整的三个要点，每条一句话，不超过三十字，按重要性排序。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第二部分写进展，按项目分组，每组不超过三条。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第三部分写风险和阻塞，只写需要别人配合才能解决的，其他不写。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第四部分写下周计划，最多三条。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不要写客套话、不要写总结陈词、不要出现「赋能」「闭环」这类词。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如果某条记录信息不全，不要猜，直接在后面用括号标注信息缺失。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下面是我的记录。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**输出示例**（节选）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本周要点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一、供应商报价已收齐七家，比计划晚两天。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二、客户端登录问题已定位，属于服务端配置。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三、下周需要确定最终供应商，否则交期会顺延。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**常见坑**：记录里如果出现人名或者客户名，模型可能会自作主张地替换或者简化，正式发送前务必核对一遍专有名词。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示例二：资料整理成表格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**用途**：把一段没有结构的文字，变成能贴进 Excel 的表格。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**输入**：任何一段包含多条并列信息的文字。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**提示词**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把下面的内容整理成表格。列名固定为：名称、关键参数、价格、交期、备注。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规则有三条。原文里没有的字段留空，不要填「未知」，也不要推测。同一个字段有多种说法的，保留原文说法，不做归一化。最后单独列出所有你不确定的地方。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输出格式用 Markdown 表格。下面是内容。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**常见坑**：模型很喜欢「补全」空着的列，一定要把「留空」这条要求写死，否则出来的表看着完整，实际上有编造。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示例三：长文改短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**用途**：把一篇三千字的稿子压成三百字，用于社群或者摘要。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**提示词**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把下面这篇文章压成三百字以内。保留所有数字和结论，删掉例子和过渡句。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语气改成对一个同事说话，不要用书面语。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如果压缩过程中必须舍弃信息，优先舍弃例子，最后舍弃结论。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不要新增原文没有的内容。下面是文章。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交付清单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第一，提示词正文，可直接复制粘贴使用。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第二，每个提示词配输入要求和输出示例，让你知道正常结果长什么样。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第三，常见坑清单，标明哪些地方最容易出问题，需要人工复核。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第四，如果你的工作流涉及多个步骤，我会把几个提示词串成一条流程，并标出每一步需要人工确认的位置。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边界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提示词不是万能的。凡是需要事实核对的场合，比如数字、人名、法条，模型给出的一律要人工复核，这一点我会在交付时写清楚，不夸大效果。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工期与报价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单个提示词一到两天。一套完整工作流，视复杂程度三到五天。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