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公众号长文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一句话说明：把一个偏干的话题写得让人愿意读完，开头用场景切入，中间只留三条主线，每个数字都标出处，最后给读者一个能带走的东西。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客户有内容要发，但写出来要么太像通稿，要么太像论文。读者刷到第三行就划走。真正要解决的不是文笔，是节奏和取舍。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正文（完整示例，约 1200 字）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**标题**：行业报告没人看，多半是这三件事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**备选标题**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写了三十页，合伙人只翻了第一页，问题出在哪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报告不是写给自己看的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**正文**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你有没有过这种感觉，花了两个星期做出来的报告，发给合伙人，三天后他回你一句「看了，挺好的」，然后就没有然后了。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问题不在他没有认真看，在于你没给他一个非看不可的理由。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第一件事，你把结论藏在了最后。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大部分人的写法是按研究过程写，先背景、再数据、然后分析、最后结论。这个顺序对写的人很顺，因为你就是这么一步步想明白的。但看的人不是这么想的，他在第三页还没看到结论，就会怀疑这份东西到底有没有结论，然后放下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改法很简单，把结论提到最前面，三句话讲完。他知道答案了，才有兴趣往下看你是怎么说清的。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第二件事，你把所有发现都写进去了。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一份报告里通常有三五个真正重要的发现，剩下的都是过程中的旁支。写的人舍不得删，因为每一条都是自己查出来的。但看的人记不住第七条，他只记得住三条。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一个实用的判断标准是，如果这条信息删掉之后结论不会变，那它就不该出现在正文里，放进附录。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第三件事，你没有告诉他下一步该干什么。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看完一份报告，人最想知道的是「所以我明天要做什么」。如果结尾只是「综上所述」，他合上文件就忘了。你需要在结尾给出一到三个具体动作，谁在什么时候做什么，做完怎么算成功。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这三件事都不难改，难的是承认一件事，报告不是用来证明你做了多少工作的，是用来让别人做决定的。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数据也是一样。你写「市场增长迅速」，他记住的是零。你写「这个类目去年的线上销量比前年多了两成，来自某某机构今年三月的报告」，他记住的是一个可以拿去跟别人复述的事实。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写报告这件事，说到底就是把你的判断，用别人能用的方式交出去。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**文末小字**：本文提到的数据口径与来源，正式交付时会逐条附上。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我交付的时候会额外给你三样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第一，三个标题备选和一段摘要，方便你发不同渠道。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第二，一份配图建议，哪一段适合插图、插什么图、图注怎么写。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第三，一段可直接复用的开头，如果你的账号调性偏口语或者偏专业，我按两种语气各给一版。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工期与报价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1500 字以内一到两天，3000 字以内两到三天。改稿配合到满意，不限次数，但改方向超过一次会重新算工期。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