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运营方案（90 天从 0 到 1）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一句话说明：账号从零开始做三个月，每个月干什么、发多少条、怎么判断有没有起色，全写清楚。这份方案不承诺涨粉数字，只承诺动作和节奏。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客户要做账号，常见的心态是「先发二十条看看」。没有目标的发布等于没发。方案要做的是把模糊的「想火」拆成可以执行的日动作。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前提：先对齐三件事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第一，这个号是为了卖货还是为了涨粉，两者的内容完全不一样。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第二，能出镜吗，能用真人声音吗，这决定了内容形式。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第三，每个月能拿出多少时间，一个人一天半小时和一个团队每天四小时，方案完全不同。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下面按最常见的情况写：一个人兼着做，每天能投入一到两小时，目标是先做出口碑再带货。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第一个月，只做一件事，找到能被接受的内容形式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发 20 条，不追求爆，追求的是找出哪一类内容互动率最高。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内容配比：干货 12 条，场景故事 4 条，产品相关 4 条。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每条控制在同一个时长和同一种开头，变量只留一个，就是选题方向。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月末看三个数：平均完播率、评论数、涨粉数。哪个方向的数据明显好，第二个月就压过去。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这个月最容易犯的错是急着带货。前 20 条带一次就够，用来测试反应，不要指望成交。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第二个月，把跑通的形式复制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选第一个月数据最好的两个方向，各做 12 条，一共 24 条。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开始做固定的栏目名和固定的结尾，让看的人知道下次还能看到什么。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这个月开始建私域入口，评论区和主页给一个明确的下一步动作。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月中复盘一次，数据掉的选题立刻停。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第三个月，加投放和转化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内容保持 24 条节奏不变。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拿出一部分预算做小规模投放，先用小额测试哪种素材转化更好，不要一次投多。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把前两个月攒下来的内容整理成合集和置顶，让新来的人能一口气看完。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三个月结束后看什么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不看粉丝数，看三个数：单条平均播放是否稳定上升、评论区有多少人在问产品、私域进来多少人。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这三个数里任何一个在涨，说明方向对，可以继续加大投入。三个都不动，说明内容方向有问题，回到第一个月重新找。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谁做什么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我负责内容规划、脚本、文案、发布节奏和月度复盘报告。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客户负责出镜或者提供出镜的人、提供产品素材、提供真实的用户反馈，以及最后一句话的确认。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如果客户需要有人做日常发布和评论回复，那是另一份工作，可以加，也可以给客户一份操作手册让内部的人做。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报价方式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按月结，一个月一付，不签长约。第一个月如果客户觉得不合适，随时可以停。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不承诺涨粉数量，也不承诺成交金额。任何承诺这种数字的，基本上是准备跑路的。我方承诺的是动作到位、数据如实、复盘及时。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加分项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如果客户愿意，我可以把整个过程写成一份可复用的运营手册，包括选题库、拍摄清单、发布检查表。这份手册留在客户手上，以后换人也能接着做。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