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资料一页纸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一句话说明：一堆分散的公开资料，压成一页能直接拿去做判断的东西。结论在最上面，依据在下面，每一条都能追到出处。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说明：本页出现的数字是示例数据，用来展示结构和写法，不构成事实主张。正式交付会逐条标注来源。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结论先放上面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这个细分市场现在处于什么阶段，值不值得进，三个月内该盯哪两个指标。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一页纸的结构固定是四块：结论、依据、风险、下一步。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依据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判断</w:t>
            </w:r>
          </w:p>
        </w:tc>
        <w:tc>
          <w:tcPr>
            <w:tcW w:type="dxa" w:w="237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支撑数据</w:t>
            </w:r>
          </w:p>
        </w:tc>
        <w:tc>
          <w:tcPr>
            <w:tcW w:type="dxa" w:w="237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来源</w:t>
            </w:r>
          </w:p>
        </w:tc>
        <w:tc>
          <w:tcPr>
            <w:tcW w:type="dxa" w:w="237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时间</w:t>
            </w:r>
          </w:p>
        </w:tc>
      </w:tr>
      <w:tr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需求在涨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该类目线上销量同比两位数增长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示例数据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2026 Q2</w:t>
            </w:r>
          </w:p>
        </w:tc>
      </w:tr>
      <w:tr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供给在挤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头部三家份额合计过半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示例数据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2026 Q2</w:t>
            </w:r>
          </w:p>
        </w:tc>
      </w:tr>
      <w:tr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价格在下行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主流型号均价环比小幅下跌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示例数据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2026 Q3</w:t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风险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数据来源主要集中在公开渠道，口径可能不一致，不会拿单个平台的数字当全行业结论。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线上销量不等于真实零售，刷单和退货都要考虑进去。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样本量小的时候不下趋势判断，会直接写清楚这次只有几个样本。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下一步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需要的话可以按季度做更新，做成能横向对比的表。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也可以只做单点，比如只查一个竞品，三天内交。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拿不准的结论宁可不写，不给你一个看着漂亮但没法落地的判断。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交付形态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一页纸的 PDF，加一份能编辑的 Word。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后面附来源清单，每条结论对应哪份资料，一行一条。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