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中英对照规格表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一句话说明：产品规格、说明书这类东西的中英对照翻译，术语统一，排版对齐，附一份术语表说明为什么这么译。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规格对照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中文</w:t>
            </w:r>
          </w:p>
        </w:tc>
        <w:tc>
          <w:tcPr>
            <w:tcW w:type="dxa" w:w="4759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English</w:t>
            </w:r>
          </w:p>
        </w:tc>
      </w:tr>
      <w:tr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电池容量</w:t>
            </w:r>
          </w:p>
        </w:tc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Battery Capacity</w:t>
            </w:r>
          </w:p>
        </w:tc>
      </w:tr>
      <w:tr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额定容量 2000Wh（磷酸铁锂）</w:t>
            </w:r>
          </w:p>
        </w:tc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Rated Capacity 2000Wh (LiFePO4)</w:t>
            </w:r>
          </w:p>
        </w:tc>
      </w:tr>
      <w:tr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循环寿命 3000 次（容量保持率 80%）</w:t>
            </w:r>
          </w:p>
        </w:tc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Cycle Life 3000 cycles (to 80% capacity)</w:t>
            </w:r>
          </w:p>
        </w:tc>
      </w:tr>
      <w:tr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交流输出 2000W 持续 / 4000W 峰值</w:t>
            </w:r>
          </w:p>
        </w:tc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AC Output 2000W Continuous / 4000W Peak</w:t>
            </w:r>
          </w:p>
        </w:tc>
      </w:tr>
      <w:tr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输入 12V 车充 / 36V 太阳能 / 市电适配器</w:t>
            </w:r>
          </w:p>
        </w:tc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Input 12V Car / 36V Solar / AC Adapter</w:t>
            </w:r>
          </w:p>
        </w:tc>
      </w:tr>
      <w:tr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充电时长 约 6 小时（市电）</w:t>
            </w:r>
          </w:p>
        </w:tc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Charge Time Approx. 6 hours (AC)</w:t>
            </w:r>
          </w:p>
        </w:tc>
      </w:tr>
      <w:tr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工作温度 -10°C 至 40°C</w:t>
            </w:r>
          </w:p>
        </w:tc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Operating Temperature -10°C to 40°C</w:t>
            </w:r>
          </w:p>
        </w:tc>
      </w:tr>
      <w:tr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净重 21.5 公斤</w:t>
            </w:r>
          </w:p>
        </w:tc>
        <w:tc>
          <w:tcPr>
            <w:tcW w:type="dxa" w:w="4759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Net Weight 21.5 kg</w:t>
            </w:r>
          </w:p>
        </w:tc>
      </w:tr>
      <w:tr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质保 24 个月</w:t>
            </w:r>
          </w:p>
        </w:tc>
        <w:tc>
          <w:tcPr>
            <w:tcW w:type="dxa" w:w="475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Warranty 24 months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说明书片段对照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中文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首次使用前请将电芯充满。长期亏电存放会缩短电芯寿命，建议每三个月补充一次电量。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English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Fully charge the battery before first use. Storing the unit in a depleted state shortens battery life. Recharge at least once every three months.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中文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若外壳温度超过 55 摄氏度，设备会自动降功率，屏幕出现橙色提示。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English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If the casing exceeds 55°C, the unit automatically reduces output and shows an orange alert on the display.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术语表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中文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用 English 这么译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原因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电芯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battery / cell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面向消费者统一用 battery，技术文档里区分电芯和电池组时才用 cell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降功率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reduce output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不写 lower the power，英文说明书里 output 是固定搭配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满格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fully charged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不直译成 full bars，那是中文屏显的说法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质保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warranty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不写 quality guarantee，容易被理解成质量承诺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峰值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peak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和 continuous 成对出现，是行业固定说法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交付方式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规格表和说明书分开两个文件，方便你只发其中一份。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术语表单独给你，以后有新文本可以直接照这个来，不用重新统一。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出现拿不准的地方会标出来问你，不自己定。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中译英和英译中都做。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