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AI 产品实测图文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一句话说明：拿一个 AI 工具真跑一遍，测试问题、每一轮的输出、翻车的地方全写进去，最后给结论。不是通稿，好话坏话都写。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说明：本篇是结构示例，产品用 A、B 两个代称，里面的表现描述为示例口径。正式交付跑你指定的产品，附完整测试记录和截图，一条一条能复现。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测试背景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做内容的人现在都在用 AI 帮忙写稿。但同一个需求丢给不同工具，出来的东西差得很远。这次拿一个具体活儿来比：把一份三千字的行业资料，压成一篇八百字、能给公众号直接发的稿子。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怎么测的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给两个工具完全一样的输入：同一份资料、同一句指令，都要求八百字左右、带三个小标题、不许出现原文里没有的数字。只给一轮机会，不追问不返工，看第一版能用多少。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五个维度打分，每项十分：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第一，事实有没有编。第二，结构顺不顺。第三，数字有没有出处。第四，语气像不像人写的。第五，改起来费不费劲。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实测记录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工具 A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工具 B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事实准确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8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6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工具 B 自己加了一个原文没有的市场规模数字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结构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9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8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两家都给了小标题，A 的层级更清楚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数字出处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9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B 每处数字都标了来自原文哪一段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语气自然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6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 出现了两处书面腔，读起来像通知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返工成本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6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 只要删两句，B 得先把编的数字揪出来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合计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37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36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结论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两个工具第一版都不能直接发，都要改，但坏的地方不一样。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工具 A 的问题在语气，结构给得整齐，事实基本没跑偏，你只需要把两句书面腔改成口语。适合写结构清楚的东西，比如报告、方案。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工具 B 的问题在收不住，它会自己补数字补案例，看着丰满，实际处处是坑。适合你已经把材料喂得很足、只需要它换种说法的时候。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一句话，A 更像会写字的人，B 更像会接话的人。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适合谁看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手上已经有一堆原始资料，想省掉整理和初稿时间的。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自己写没问题，但每天要出好几篇，需要提速的。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准备买工具，但不知道买哪个的。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不适合指望 AI 一句话出成品的。任何工具第一版都不能直接用，这点先说清楚。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