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社媒三平台内容包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一句话说明：同一支素材，按小红书、抖音、视频号三种用户心态各重做一版。每版给两个标题、开头三秒、配文和标签，最后附一页改动理由。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素材情况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一条 45 秒的露营视频。画面是晚上在山里搭帐篷、支起投影看电影，一款 2000Wh 便携电源全程出镜，但原片没有一句口播介绍产品。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小红书版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标题备选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露营把投影搬进山里，一晚上电褥子加电影还剩两格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2000Wh 到底能撑多久，我在山里算了一笔账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开头三秒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镜头推到电源的电量屏，一只手拍上去。字幕打出来：一晚上电褥子加投影，还剩这么多。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配文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进山之前最怕的就是电不够。这次带了一块 2000Wh，电褥子从睡前开到早上，中间还看了两部电影，天亮回帐篷一看还剩两格。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不是劝你也买，是想告诉你这东西大概能扛住什么。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标签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#露营 #秋日露营 #户外电源 #露营装备 #周末去哪儿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抖音版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标题备选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山里过夜，电褥子加投影一晚上，还剩多少电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露营看投影到底靠不靠谱，实测给你看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开头三秒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不问好不好，直接给结果。第一帧就是电量屏，从满电切到第二天早上。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配文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别问了，一晚上电褥子加投影，实测还剩两格。评论区猜猜这次带了多少瓦时。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标签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#露营 #户外电源 #户外装备 #露营vlog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视频号版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标题备选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户外过夜用电怎么算，一块 2000Wh 能撑多久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露营想带投影，先把这笔电账算清楚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开头三秒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一句话开场：带投影进山之前，先搞清楚一块电源能撑几晚。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配文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很多人问露营能不能带投影。算笔账：电褥子整晚约半度电，投影两小时约零点三度，照明加手机不到零点二度。一块 2000Wh 撑一晚绰绰有余，连撑两晚会紧张。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视频里是实拍，可以对着看。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标签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#露营 #户外电源 #露营装备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为什么这么改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三个平台的用户不是一批人，看视频的目的也不一样。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小红书的人在看别人的生活，心里想的是我也想这样过个周末，所以标题给画面感，配文里加一句不是劝你买，反而更容易被接受。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抖音的人刷得快，只想马上拿到结果，所以第一帧就上数字，配文越短越好，结尾抛个问题把人留在评论区。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视频号的人偏成熟，愿意看完，也愿意转给朋友。他们要的是信息量，标题给判断，配文给算式，这条能被人拿去当参考。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原片最大的问题是没有一句话交代产品能干嘛，全靠观众自己猜。三版都补上了这一句，只是说法不一样。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